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Vorname Nachname</w:t>
      </w:r>
    </w:p>
    <w:p>
      <w:r>
        <w:t>[Strasse und Hausnummer] · [PLZ und Ort]</w:t>
        <w:br/>
        <w:t>[Telefonnummer] · [E-Mail-Adresse]</w:t>
        <w:br/>
        <w:t>[Optional: relevante Profil-URL oder Arbeitsbewilligung]</w:t>
      </w:r>
    </w:p>
    <w:p>
      <w:pPr>
        <w:pStyle w:val="Heading1"/>
      </w:pPr>
      <w:r>
        <w:t>Kurzprofil</w:t>
      </w:r>
    </w:p>
    <w:p>
      <w:r>
        <w:t>[Zwei bis drei Sätze zu deiner Erfahrung und deinem beruflichen Ziel. Passe den Bezug an das konkrete Inserat an. Nenne nur belegbare Fähigkeiten.]</w:t>
      </w:r>
    </w:p>
    <w:p>
      <w:pPr>
        <w:pStyle w:val="Heading1"/>
      </w:pPr>
      <w:r>
        <w:t>Berufserfahrung</w:t>
      </w:r>
    </w:p>
    <w:p>
      <w:r>
        <w:t>[MM.JJJJ bis heute] · [Funktion]</w:t>
        <w:br/>
        <w:t>[Arbeitgeber, Ort]</w:t>
      </w:r>
    </w:p>
    <w:p>
      <w:r>
        <w:t>[Konkrete Aufgabe und dein tatsächlicher Verantwortungsbereich.]</w:t>
      </w:r>
    </w:p>
    <w:p>
      <w:r>
        <w:t>[Nachweisbares Ergebnis, falls vorhanden. Keine Zahlen erfinden.]</w:t>
      </w:r>
    </w:p>
    <w:p>
      <w:r>
        <w:t>[MM.JJJJ bis MM.JJJJ] · [Frühere Funktion]</w:t>
        <w:br/>
        <w:t>[Arbeitgeber, Ort]</w:t>
      </w:r>
    </w:p>
    <w:p>
      <w:r>
        <w:t>[Relevante Aufgaben. Neueste Station zuerst; weitere Stationen bei Bedarf ergänzen.]</w:t>
      </w:r>
    </w:p>
    <w:p>
      <w:pPr>
        <w:pStyle w:val="Heading1"/>
      </w:pPr>
      <w:r>
        <w:t>Ausbildung</w:t>
      </w:r>
    </w:p>
    <w:p>
      <w:r>
        <w:t>[MM.JJJJ bis MM.JJJJ] · [Abschluss]</w:t>
        <w:br/>
        <w:t>[Institution, Ort]</w:t>
      </w:r>
    </w:p>
    <w:p>
      <w:pPr>
        <w:pStyle w:val="Heading1"/>
      </w:pPr>
      <w:r>
        <w:t>Kenntnisse</w:t>
      </w:r>
    </w:p>
    <w:p>
      <w:r>
        <w:t>[Werkzeug oder Methode]: [konkreter Einsatz oder nachvollziehbares Niveau]</w:t>
        <w:br/>
        <w:t>[Weitere relevante Kenntnis]: [Beschreibung]</w:t>
      </w:r>
    </w:p>
    <w:p>
      <w:pPr>
        <w:pStyle w:val="Heading1"/>
      </w:pPr>
      <w:r>
        <w:t>Sprachen</w:t>
      </w:r>
    </w:p>
    <w:p>
      <w:r>
        <w:t>[Sprache]: [Niveau, zum Beispiel Deutsch C1 oder Muttersprache]</w:t>
        <w:br/>
        <w:t>[Weitere Sprache]: [Niveau]</w:t>
      </w:r>
    </w:p>
    <w:p>
      <w:pPr>
        <w:pStyle w:val="Heading1"/>
      </w:pPr>
      <w:r>
        <w:t>Referenzen</w:t>
      </w:r>
    </w:p>
    <w:p>
      <w:r>
        <w:t>[Optional. Kontaktdaten erst nach Einverständnis der genannten Person ergänzen.]</w:t>
      </w:r>
    </w:p>
    <w:p>
      <w:pPr>
        <w:spacing w:before="240"/>
      </w:pPr>
      <w:r>
        <w:rPr>
          <w:sz w:val="18"/>
        </w:rPr>
        <w:t>Hinweis zur Vorlage: Ersetze alle eckigen Klammern und entferne diesen Absatz vor dem Versand. Ein Foto und persönliche Zusatzangaben sind optional. Prüfe Fakten, Lesereihenfolge und Umbrüche nach dem PDF-Export. Weitere Hinweise: heyapply.ch/vorlagen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  <w:lang w:val="de-C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Schweiz</dc:title>
  <dc:subject>Einspaltige bearbeitbare Lebenslaufvorlage mit Platzhaltern</dc:subject>
  <dc:creator>Heyapply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